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940CEA" w14:paraId="465F840A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156EF68A" w14:textId="77777777" w:rsidR="00940CEA" w:rsidRDefault="00940CEA"/>
          <w:p w14:paraId="5CF4C24E" w14:textId="77777777" w:rsidR="00940CEA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34CF10B0" w14:textId="2A82C142" w:rsidR="00940CEA" w:rsidRPr="005509EF" w:rsidRDefault="00000000">
            <w:pPr>
              <w:spacing w:before="40" w:after="80" w:line="400" w:lineRule="exact"/>
              <w:jc w:val="center"/>
              <w:rPr>
                <w:b/>
                <w:bCs/>
                <w:lang w:eastAsia="zh-CN"/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</w:t>
            </w:r>
            <w:r w:rsidR="00EC2D0E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8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月 </w:t>
            </w:r>
            <w:r w:rsidR="0027244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27244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）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272448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17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期  ★  </w:t>
            </w:r>
            <w:r w:rsidRPr="005509EF">
              <w:rPr>
                <w:rFonts w:ascii="仿宋" w:eastAsia="仿宋" w:hAnsi="仿宋"/>
                <w:b/>
                <w:bCs/>
                <w:color w:val="666666"/>
                <w:sz w:val="24"/>
                <w:lang w:eastAsia="zh-CN"/>
              </w:rPr>
              <w:t>学生版</w:t>
            </w:r>
          </w:p>
          <w:p w14:paraId="06C00E6D" w14:textId="77777777" w:rsidR="00940CEA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快乐暑假，从“心”出发 ●</w:t>
            </w:r>
          </w:p>
          <w:p w14:paraId="10F620F3" w14:textId="77777777" w:rsidR="00940CEA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4D5ACA57" w14:textId="77777777" w:rsidR="00940CEA" w:rsidRPr="005509EF" w:rsidRDefault="00000000">
            <w:pPr>
              <w:spacing w:before="40" w:after="40" w:line="360" w:lineRule="exact"/>
              <w:jc w:val="center"/>
              <w:rPr>
                <w:b/>
                <w:bCs/>
                <w:lang w:eastAsia="zh-CN"/>
              </w:rPr>
            </w:pPr>
            <w:r w:rsidRPr="005509EF">
              <w:rPr>
                <w:rFonts w:ascii="仿宋" w:eastAsia="仿宋" w:hAnsi="仿宋"/>
                <w:b/>
                <w:bCs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2F11510F" w14:textId="77777777" w:rsidR="00940CEA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940CEA" w14:paraId="1B0144F7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53EF3641" w14:textId="7341BDAA" w:rsidR="00940CEA" w:rsidRDefault="00000000" w:rsidP="00272448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362E1C0F" w14:textId="77777777" w:rsidR="00EC2D0E" w:rsidRDefault="00EC2D0E" w:rsidP="00272448">
      <w:pPr>
        <w:spacing w:before="20" w:after="40" w:line="320" w:lineRule="exact"/>
        <w:ind w:firstLineChars="100" w:firstLine="240"/>
        <w:rPr>
          <w:rFonts w:ascii="仿宋" w:eastAsia="仿宋" w:hAnsi="仿宋" w:hint="eastAsia"/>
          <w:color w:val="555555"/>
          <w:sz w:val="24"/>
          <w:lang w:eastAsia="zh-CN"/>
        </w:rPr>
      </w:pPr>
    </w:p>
    <w:p w14:paraId="1ABF7A0B" w14:textId="2A05A8EC" w:rsidR="00940CEA" w:rsidRDefault="00000000" w:rsidP="005509EF">
      <w:pPr>
        <w:spacing w:before="20" w:after="40" w:line="320" w:lineRule="exact"/>
        <w:ind w:firstLineChars="100" w:firstLine="240"/>
        <w:jc w:val="center"/>
        <w:rPr>
          <w:rFonts w:ascii="仿宋" w:eastAsia="仿宋" w:hAnsi="仿宋" w:hint="eastAsia"/>
          <w:color w:val="555555"/>
          <w:sz w:val="24"/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本期心理小报根据指定材料编写，希望能为同学们带来启发与帮助。</w:t>
      </w:r>
    </w:p>
    <w:p w14:paraId="2460EE1F" w14:textId="77777777" w:rsidR="00EC2D0E" w:rsidRDefault="00EC2D0E" w:rsidP="00272448">
      <w:pPr>
        <w:spacing w:before="20" w:after="40" w:line="320" w:lineRule="exact"/>
        <w:ind w:firstLineChars="100" w:firstLine="220"/>
        <w:rPr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40CEA" w14:paraId="4D60C3C8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7846C0D6" w14:textId="35C42615" w:rsidR="00940CEA" w:rsidRDefault="00000000" w:rsidP="0027244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认识你的情绪：每一种情绪都是信使 ★</w:t>
            </w:r>
          </w:p>
        </w:tc>
      </w:tr>
    </w:tbl>
    <w:p w14:paraId="4C8BCB5E" w14:textId="77777777" w:rsidR="00EC2D0E" w:rsidRDefault="00EC2D0E" w:rsidP="00EC2D0E">
      <w:pPr>
        <w:spacing w:before="20" w:after="40" w:line="42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1443BB2E" w14:textId="5A3C0B56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我们常常把情绪分为"好的"和"坏的"，追求快乐，回避悲伤、愤怒、恐惧。但心理学研究发现，这种对情绪的二元划分本身就是不科学的。每一种情绪都有它存在的意义和功能，就像一个信使，它来告诉你一些重要的信息。</w:t>
      </w:r>
    </w:p>
    <w:p w14:paraId="0570A04B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愤怒告诉你：你的边界被侵犯了，你需要保护自己。当你感到愤怒时，不要急着压抑或爆发，而是问自己："我的什么被冒犯了？我真正在意的是什么？"明白了这一点，你就可以用建设性的方式表达自己，而不是被愤怒控制。</w:t>
      </w:r>
    </w:p>
    <w:p w14:paraId="4CC202C9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悲伤告诉你：你失去了某些重要的东西，你需要时间来哀悼和疗愈。悲伤不是软弱的表现，而是人类情感系统的重要组成部分。允许自己悲伤，给自己时间和空间去感受，是心理健康的必备能力。</w:t>
      </w:r>
    </w:p>
    <w:p w14:paraId="49F1B2EF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焦虑提醒你：有些事情需要你提前准备。焦虑是一种指向未来的情绪，它在告诉你"注意，前方可能有问题"。当你感到焦虑时，不要急着消除焦虑感，而是问自己："我需要做些什么来更好地准备？"把焦虑转化为行动力，焦虑感自然就会减轻。</w:t>
      </w:r>
    </w:p>
    <w:p w14:paraId="586A5377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恐惧保护你远离真实的危险。恐惧是进化赋予我们的生存本能。但要注意区分"真实的恐惧"（比如站在悬崖边的恐惧）和"想象的恐惧"（比如在很多人面前说话的恐惧）。对于后者，恐惧往往是过度放大的，你可以用理性去面对它。</w:t>
      </w:r>
    </w:p>
    <w:p w14:paraId="0210D181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了解了这些，你就明白了一个重要的道理：情绪管理的目标不是消除"负面情绪"，而是学会与各种情绪和谐共处，读懂情绪带给你的信息，然后做出适合自己的应对。</w:t>
      </w:r>
    </w:p>
    <w:p w14:paraId="5A41EA19" w14:textId="77777777" w:rsidR="00940CEA" w:rsidRDefault="00000000" w:rsidP="005509EF">
      <w:pPr>
        <w:jc w:val="both"/>
        <w:rPr>
          <w:lang w:eastAsia="zh-CN"/>
        </w:rPr>
      </w:pPr>
      <w:r>
        <w:rPr>
          <w:lang w:eastAsia="zh-CN"/>
        </w:rP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40CEA" w14:paraId="00937830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07667497" w14:textId="4E707294" w:rsidR="00940CEA" w:rsidRDefault="00000000" w:rsidP="0027244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lastRenderedPageBreak/>
              <w:t>★ 学会给情绪"命名"：说出来就好多了 ★</w:t>
            </w:r>
          </w:p>
        </w:tc>
      </w:tr>
    </w:tbl>
    <w:p w14:paraId="61CB95BB" w14:textId="77777777" w:rsidR="00EC2D0E" w:rsidRDefault="00EC2D0E" w:rsidP="00EC2D0E">
      <w:pPr>
        <w:spacing w:before="20" w:after="40" w:line="40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347666CF" w14:textId="4316EE95" w:rsidR="00940CEA" w:rsidRDefault="00000000" w:rsidP="005509EF">
      <w:pPr>
        <w:spacing w:before="20" w:after="40" w:line="5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心理学研究发现，当你能用精确的语言描述自己的情绪时，大脑中负责情绪反应的杏仁核的活动会明显降低。这就是为什么我们常说"说出来就好多了"。试着在日常生活中练习"情绪命名"：不要笼统地说"我很烦"，而是试着找出更准确的描述——"我感到沮丧""我感到委屈""我感到失望""我感到疲惫"。每一种感受都是不同的，越准确地描述它，你就越能理解自己，越能找到应对的方法。</w:t>
      </w:r>
    </w:p>
    <w:p w14:paraId="3D52F4D5" w14:textId="77777777" w:rsidR="00940CEA" w:rsidRDefault="00000000" w:rsidP="005509EF">
      <w:pPr>
        <w:spacing w:before="20" w:after="40" w:line="500" w:lineRule="exact"/>
        <w:ind w:firstLine="420"/>
        <w:jc w:val="both"/>
        <w:rPr>
          <w:rFonts w:ascii="仿宋" w:eastAsia="仿宋" w:hAnsi="仿宋" w:hint="eastAsia"/>
          <w:color w:val="333333"/>
          <w:sz w:val="24"/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你可以尝试写"情绪日记"：每天花5分钟记录以下几项内容：今天发生了什么事情？我产生了什么情绪感受？我为什么会有这样的感受？我是如何应对这种感受的？持续的记录能帮助你建立情绪的"大数据"，逐渐发现自己情绪变化的模式——你是不是在某个特定的场景下特别容易生气？是不是在某段时间特别容易焦虑？了解自己的情绪模式，是成为情绪主人的第一步。</w:t>
      </w:r>
    </w:p>
    <w:p w14:paraId="4E0B3D3A" w14:textId="77777777" w:rsidR="00EC2D0E" w:rsidRDefault="00EC2D0E" w:rsidP="005509EF">
      <w:pPr>
        <w:spacing w:before="20" w:after="40" w:line="400" w:lineRule="exact"/>
        <w:ind w:firstLine="420"/>
        <w:jc w:val="both"/>
        <w:rPr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40CEA" w14:paraId="1F71502B" w14:textId="77777777">
        <w:trPr>
          <w:jc w:val="center"/>
        </w:trPr>
        <w:tc>
          <w:tcPr>
            <w:tcW w:w="10546" w:type="dxa"/>
            <w:shd w:val="clear" w:color="auto" w:fill="FF9800"/>
          </w:tcPr>
          <w:p w14:paraId="0FBB4C78" w14:textId="4AE866F7" w:rsidR="00940CEA" w:rsidRDefault="00000000" w:rsidP="00272448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与家人和谐相处的沟通艺术 ★</w:t>
            </w:r>
          </w:p>
        </w:tc>
      </w:tr>
    </w:tbl>
    <w:p w14:paraId="3A46A439" w14:textId="77777777" w:rsidR="00EC2D0E" w:rsidRDefault="00EC2D0E" w:rsidP="00EC2D0E">
      <w:pPr>
        <w:spacing w:before="20" w:after="40" w:line="420" w:lineRule="exact"/>
        <w:ind w:firstLine="420"/>
        <w:rPr>
          <w:rFonts w:ascii="仿宋" w:eastAsia="仿宋" w:hAnsi="仿宋" w:hint="eastAsia"/>
          <w:color w:val="333333"/>
          <w:sz w:val="24"/>
          <w:lang w:eastAsia="zh-CN"/>
        </w:rPr>
      </w:pPr>
    </w:p>
    <w:p w14:paraId="591D3A6A" w14:textId="2038B363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暑假是和家人相处最长的时期，也是最容易产生摩擦的时期。高中生渴望独立自主，而父母习惯了照顾和保护，这两种需求的冲突是暑假亲子矛盾的根源。要解决这个矛盾，需要的不是一方的妥协，而是双方的理解和有效沟通。</w:t>
      </w:r>
    </w:p>
    <w:p w14:paraId="5156E892" w14:textId="77777777" w:rsidR="00940CEA" w:rsidRDefault="00000000" w:rsidP="005509EF">
      <w:pPr>
        <w:spacing w:before="20" w:after="40" w:line="42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推荐你学习"非暴力沟通"四步法。这是一种温和而坚定的沟通方式，由心理学家马歇尔·卢森堡提出。第一步是观察：客观描述你看到的事实，不加评判。比如说"这周我们因为手机的问题吵了三次"，而不是"你总是因为手机的事情唠叨我"。第二步是感受：说出你的真实感受，而不是指责对方。比如说"我感到有些委屈"，而不是"你根本不理解我"。第三步是需要：表达你内心深处的需要，而不是抱怨对方的行为。比如说"我需要一些自主安排时间的空间"。第四步是请求：提出具体的请求，而不是笼统的要求。比如说"我们可以一起商量一个双方都能接受的手机使用规则吗？"完整的非暴力沟通表达："妈妈，这周我们因为手机的问题吵了三次（观察），我感到有些委屈和无奈（感受），因为我需要一些自己安排时间的自主权（需要），我们可以一起商量一个双方都能接受的使用时间吗（请求）？"</w:t>
      </w:r>
    </w:p>
    <w:p w14:paraId="0E2510BE" w14:textId="77777777" w:rsidR="00940CEA" w:rsidRDefault="00000000" w:rsidP="005509EF">
      <w:pPr>
        <w:spacing w:before="20" w:after="40" w:line="420" w:lineRule="exact"/>
        <w:ind w:firstLine="420"/>
        <w:jc w:val="both"/>
      </w:pPr>
      <w:r>
        <w:rPr>
          <w:rFonts w:ascii="仿宋" w:eastAsia="仿宋" w:hAnsi="仿宋"/>
          <w:color w:val="333333"/>
          <w:sz w:val="24"/>
          <w:lang w:eastAsia="zh-CN"/>
        </w:rPr>
        <w:t>日常沟通还有一些小技巧：主动分享比被动回答更容易拉近关系。每天晚饭时主动和爸妈聊聊今天的事情——"今天我看了一部很有意思的电影""今天我自己学做了一道菜"。主动分享你的生活，他们就不会总是追问了。如果遇到意见不合的场景，先深呼吸10秒再说话。这10秒足够让你的大脑从情绪模式切换到理性模式，避免说出一些事后后悔的话。记住：父母也是第一次做父母，他们也在学习怎么和你相处。</w:t>
      </w:r>
      <w:r>
        <w:rPr>
          <w:rFonts w:ascii="仿宋" w:eastAsia="仿宋" w:hAnsi="仿宋"/>
          <w:color w:val="333333"/>
          <w:sz w:val="24"/>
        </w:rPr>
        <w:t>多一些理解和耐心，亲子关系会慢慢改善。</w:t>
      </w:r>
    </w:p>
    <w:p w14:paraId="3F000B7C" w14:textId="77777777" w:rsidR="00940CEA" w:rsidRDefault="00000000" w:rsidP="005509EF">
      <w:pPr>
        <w:jc w:val="both"/>
      </w:pPr>
      <w:r>
        <w:br w:type="page"/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40CEA" w14:paraId="3F8FD2BB" w14:textId="77777777">
        <w:trPr>
          <w:jc w:val="center"/>
        </w:trPr>
        <w:tc>
          <w:tcPr>
            <w:tcW w:w="10546" w:type="dxa"/>
            <w:shd w:val="clear" w:color="auto" w:fill="9C27B0"/>
          </w:tcPr>
          <w:p w14:paraId="54BF0781" w14:textId="50F1E463" w:rsidR="00940CEA" w:rsidRDefault="00000000" w:rsidP="00EC2D0E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lastRenderedPageBreak/>
              <w:t>★ 友情的维系：距离不会冲淡真正的友谊 ★</w:t>
            </w:r>
          </w:p>
        </w:tc>
      </w:tr>
    </w:tbl>
    <w:p w14:paraId="0B9414DF" w14:textId="77777777" w:rsidR="00940CEA" w:rsidRDefault="00000000" w:rsidP="005509EF">
      <w:pPr>
        <w:spacing w:before="20" w:after="40" w:line="5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暑假是友情最容易"降温"的时期，也是最容易"升温"的时期。关键看你是否主动经营。不要等着朋友联系你，主动发一条消息，分享你的近况。不需要长篇大论，一张随手拍的夕阳照片、一首正在听的歌、一句"突然想到你了"，都足以让对方感受到你的在意。高质量的友情不在于联系的频率，而在于联系的质量。每周一次深入的聊天，比每天敷衍的问候更有意义。</w:t>
      </w:r>
    </w:p>
    <w:p w14:paraId="4AF166AF" w14:textId="77777777" w:rsidR="00940CEA" w:rsidRDefault="00000000" w:rsidP="005509EF">
      <w:pPr>
        <w:spacing w:before="20" w:after="40" w:line="5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如果你们在同一个城市，约个时间一起做点事情。一起去图书馆自习——各自学习，学累了聊聊天，既完成了学习任务又增进了感情。一起去看一场电影，出来后聊聊各自的感受，你会发现同一个故事在不同的人眼里完全不同。一起运动——打球、跑步、游泳，运动带来的愉悦感会加深你们之间的情感链接。如果你们分隔两地或者都很忙，可以试试"异步陪伴"：给朋友寄一封手写的信或明信片、在共同的群聊里分享日常、把觉得朋友会感兴趣的内容转发给对方。用心维护的友情，距离不会成为障碍。</w:t>
      </w:r>
    </w:p>
    <w:p w14:paraId="29FD1FD7" w14:textId="77777777" w:rsidR="00940CEA" w:rsidRDefault="00000000" w:rsidP="005509EF">
      <w:pPr>
        <w:spacing w:before="20" w:after="40" w:line="50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友情需要双向奔赴，但也不必强求。如果有些关系让你感到疲惫，允许自己暂时保持距离。真正好的友情是彼此舒服、互相滋养的。暑假也是认识新朋友的好机会，参加一些兴趣社群，和志同道合的人交流，你的社交圈会更丰富多元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940CEA" w14:paraId="27551E6A" w14:textId="77777777">
        <w:trPr>
          <w:jc w:val="center"/>
        </w:trPr>
        <w:tc>
          <w:tcPr>
            <w:tcW w:w="10546" w:type="dxa"/>
            <w:shd w:val="clear" w:color="auto" w:fill="9C27B0"/>
          </w:tcPr>
          <w:p w14:paraId="238E5B66" w14:textId="51E12B93" w:rsidR="00940CEA" w:rsidRDefault="00000000" w:rsidP="00EC2D0E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心理小测试：你的情绪管理能力有多强 ★</w:t>
            </w:r>
          </w:p>
        </w:tc>
      </w:tr>
    </w:tbl>
    <w:p w14:paraId="077C917E" w14:textId="77777777" w:rsidR="00940CEA" w:rsidRDefault="00000000" w:rsidP="005509EF">
      <w:pPr>
        <w:spacing w:before="20" w:after="40" w:line="48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下面的测试可以帮助你了解自己的情绪管理能力。请根据实际情况，对每个描述打分：1分表示完全不符合，2分表示比较不符合，3分表示一般，4分表示比较符合，5分表示完全符合。第一，当我感到生气时，我能及时意识到自己正在生气，而不是压抑或爆发。第二，在情绪激动的时候，我能先深呼吸再说话，而不是脱口而出。第三，我通常能准确地描述出自己感受到的是哪种具体情绪，而不是笼统地说"不舒服"。第四，当我看到别人难过时，我能感受到他们的心情，并给予适当的安慰。第五，我有自己的一套情绪调节方法，在心情不好时知道怎么让自己好起来。</w:t>
      </w:r>
    </w:p>
    <w:p w14:paraId="50E63F1A" w14:textId="77777777" w:rsidR="00940CEA" w:rsidRDefault="00000000" w:rsidP="005509EF">
      <w:pPr>
        <w:spacing w:before="20" w:after="40" w:line="480" w:lineRule="exact"/>
        <w:ind w:firstLine="420"/>
        <w:jc w:val="both"/>
        <w:rPr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评分与解读：总分在5到10分之间，说明你的情绪管理能力有较大的提升空间，建议从"情绪命名"开始练习，每天记录情绪日记，逐步提高情绪的觉察能力。总分在11到18分之间，说明你有一定的情绪管理基础，建议进一步学习非暴力沟通技巧，学会在情绪激动时有效表达自己。总分在19到25分之间，恭喜你，你的情绪管理能力相当不错，继续保持，并试着帮助身边的人管理他们的情绪。情绪管理是一项可以终身成长的能力，你在高中阶段就开始关注和学习它，这本身就是一件非常了不起的事情。</w:t>
      </w:r>
    </w:p>
    <w:p w14:paraId="2C0FA85B" w14:textId="77777777" w:rsidR="00940CEA" w:rsidRDefault="00000000" w:rsidP="005509EF">
      <w:pPr>
        <w:spacing w:before="20" w:after="40" w:line="480" w:lineRule="exact"/>
        <w:ind w:firstLine="420"/>
        <w:jc w:val="both"/>
        <w:rPr>
          <w:rFonts w:ascii="仿宋" w:eastAsia="仿宋" w:hAnsi="仿宋"/>
          <w:color w:val="333333"/>
          <w:sz w:val="24"/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lastRenderedPageBreak/>
        <w:t>暑假余额有限，如何让它过得更有价值？给你几个建议：第一，利用剩下的时间专注做好一件事。不用贪多，选择一件你最想完成的事情，集中精力做好它。无论是读完一本书、学会一首曲子、完成一个项目，当你专注地完成一件事情时，获得的成就感远远超过随便做十件事情。第二，每天给自己一个"离线时间"。远离手机和电子设备一段时间，可以看书、运动、画画、做手工，让大脑从信息爆炸的状态中休息一下。你会发现自己思路更清晰、注意力更集中。第三，为新学期做一点准备。不用做太多，翻翻新课本、整理一下文具、想几个新学期的小目标。这些简单的准备动作会让你对开学少一些焦虑、多一些期待。记住，剩下的暑假时间不是"不够用了"，而是"还有时间"。用好每一天，你依然可以过一个让自己满意的暑假。</w:t>
      </w:r>
    </w:p>
    <w:p w14:paraId="139D1AFE" w14:textId="77777777" w:rsidR="005509EF" w:rsidRDefault="005509EF" w:rsidP="005509EF">
      <w:pPr>
        <w:spacing w:before="20" w:after="40" w:line="480" w:lineRule="exact"/>
        <w:ind w:firstLine="420"/>
        <w:jc w:val="both"/>
        <w:rPr>
          <w:rFonts w:hint="eastAsia"/>
          <w:lang w:eastAsia="zh-CN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26"/>
      </w:tblGrid>
      <w:tr w:rsidR="00940CEA" w14:paraId="645F184C" w14:textId="77777777" w:rsidTr="00EC2D0E">
        <w:trPr>
          <w:trHeight w:val="665"/>
          <w:jc w:val="center"/>
        </w:trPr>
        <w:tc>
          <w:tcPr>
            <w:tcW w:w="1054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5EA95E55" w14:textId="77777777" w:rsidR="00940CEA" w:rsidRDefault="00000000" w:rsidP="00EC2D0E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t>🏫 心理支持资源（仅提供给有需要的你）</w:t>
            </w:r>
          </w:p>
          <w:p w14:paraId="2294CF9A" w14:textId="77777777" w:rsidR="00940CEA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41ED0FED" w14:textId="77777777" w:rsidR="00940CEA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3E88CDCA" w14:textId="77777777" w:rsidR="00940CEA" w:rsidRDefault="00000000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6D0469E7" w14:textId="3E7B2A2A" w:rsidR="00940CEA" w:rsidRPr="00EC2D0E" w:rsidRDefault="00000000">
            <w:pPr>
              <w:spacing w:after="0" w:line="280" w:lineRule="exact"/>
              <w:rPr>
                <w:rFonts w:eastAsia="宋体"/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5D5FA7C5" w14:textId="77777777" w:rsidR="00940CE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39B41D4A" w14:textId="77777777" w:rsidR="00940CE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68C7BCFA" w14:textId="46517826" w:rsidR="00940CEA" w:rsidRPr="00EC2D0E" w:rsidRDefault="00000000">
            <w:pPr>
              <w:spacing w:after="0" w:line="280" w:lineRule="exact"/>
              <w:rPr>
                <w:rFonts w:eastAsia="宋体"/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51A9A2BA" w14:textId="77777777" w:rsidR="00940CE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73D4A697" w14:textId="77777777" w:rsidR="00940CEA" w:rsidRDefault="00000000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0751B37B" w14:textId="6F55ED4B" w:rsidR="00940CEA" w:rsidRDefault="00000000" w:rsidP="00EC2D0E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青少年心理援助热线：12355</w:t>
            </w:r>
            <w:r w:rsidR="00EC2D0E">
              <w:rPr>
                <w:rFonts w:eastAsia="宋体" w:hint="eastAsia"/>
                <w:lang w:eastAsia="zh-CN"/>
              </w:rPr>
              <w:t xml:space="preserve">                </w:t>
            </w:r>
            <w:r>
              <w:rPr>
                <w:rFonts w:ascii="仿宋" w:eastAsia="仿宋" w:hAnsi="仿宋"/>
                <w:color w:val="4A90D9"/>
                <w:sz w:val="8"/>
                <w:lang w:eastAsia="zh-CN"/>
              </w:rPr>
              <w:t>────────────────────────────────────────</w:t>
            </w:r>
          </w:p>
        </w:tc>
      </w:tr>
    </w:tbl>
    <w:p w14:paraId="2F3418AB" w14:textId="77777777" w:rsidR="00BF7DFA" w:rsidRDefault="00BF7DFA">
      <w:pPr>
        <w:rPr>
          <w:lang w:eastAsia="zh-CN"/>
        </w:rPr>
      </w:pPr>
    </w:p>
    <w:sectPr w:rsidR="00BF7DFA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38751" w14:textId="77777777" w:rsidR="00FC0DD2" w:rsidRDefault="00FC0DD2">
      <w:pPr>
        <w:spacing w:after="0" w:line="240" w:lineRule="auto"/>
      </w:pPr>
      <w:r>
        <w:separator/>
      </w:r>
    </w:p>
  </w:endnote>
  <w:endnote w:type="continuationSeparator" w:id="0">
    <w:p w14:paraId="094FBFBC" w14:textId="77777777" w:rsidR="00FC0DD2" w:rsidRDefault="00FC0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2E62B" w14:textId="77777777" w:rsidR="00940CEA" w:rsidRDefault="00940CEA">
    <w:pPr>
      <w:pStyle w:val="a7"/>
    </w:pPr>
  </w:p>
  <w:p w14:paraId="35A4DB2F" w14:textId="77777777" w:rsidR="00940CEA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10797291" w14:textId="77777777" w:rsidR="00940CEA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272448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8AFA3" w14:textId="77777777" w:rsidR="00FC0DD2" w:rsidRDefault="00FC0DD2">
      <w:pPr>
        <w:spacing w:after="0" w:line="240" w:lineRule="auto"/>
      </w:pPr>
      <w:r>
        <w:separator/>
      </w:r>
    </w:p>
  </w:footnote>
  <w:footnote w:type="continuationSeparator" w:id="0">
    <w:p w14:paraId="24F5623F" w14:textId="77777777" w:rsidR="00FC0DD2" w:rsidRDefault="00FC0D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D0D2F" w14:textId="77777777" w:rsidR="00940CEA" w:rsidRDefault="00940CEA">
    <w:pPr>
      <w:pStyle w:val="a5"/>
    </w:pPr>
  </w:p>
  <w:p w14:paraId="495F99CB" w14:textId="77777777" w:rsidR="00940CEA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739BD2CA" w14:textId="77777777" w:rsidR="00940CEA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7713489">
    <w:abstractNumId w:val="8"/>
  </w:num>
  <w:num w:numId="2" w16cid:durableId="139732976">
    <w:abstractNumId w:val="6"/>
  </w:num>
  <w:num w:numId="3" w16cid:durableId="1007516809">
    <w:abstractNumId w:val="5"/>
  </w:num>
  <w:num w:numId="4" w16cid:durableId="1678116228">
    <w:abstractNumId w:val="4"/>
  </w:num>
  <w:num w:numId="5" w16cid:durableId="1702239943">
    <w:abstractNumId w:val="7"/>
  </w:num>
  <w:num w:numId="6" w16cid:durableId="13531825">
    <w:abstractNumId w:val="3"/>
  </w:num>
  <w:num w:numId="7" w16cid:durableId="1856573521">
    <w:abstractNumId w:val="2"/>
  </w:num>
  <w:num w:numId="8" w16cid:durableId="922569414">
    <w:abstractNumId w:val="1"/>
  </w:num>
  <w:num w:numId="9" w16cid:durableId="965352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72448"/>
    <w:rsid w:val="0029639D"/>
    <w:rsid w:val="00326F90"/>
    <w:rsid w:val="005509EF"/>
    <w:rsid w:val="00940CEA"/>
    <w:rsid w:val="00A63E8D"/>
    <w:rsid w:val="00AA1D8D"/>
    <w:rsid w:val="00B47730"/>
    <w:rsid w:val="00BF7DFA"/>
    <w:rsid w:val="00CB0664"/>
    <w:rsid w:val="00EB6743"/>
    <w:rsid w:val="00EC2D0E"/>
    <w:rsid w:val="00FC0DD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0FF218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2026-07-12T04:43:00Z</dcterms:created>
  <dcterms:modified xsi:type="dcterms:W3CDTF">2026-07-12T04:43:00Z</dcterms:modified>
  <cp:category/>
</cp:coreProperties>
</file>